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2DB" w:rsidRPr="0090071C" w:rsidRDefault="0052764E">
      <w:pPr>
        <w:jc w:val="center"/>
      </w:pPr>
      <w:r w:rsidRPr="0090071C">
        <w:rPr>
          <w:b/>
        </w:rPr>
        <w:t>BANDIRMA ONYEDİ EYLÜL ÜNİVERSİTESİ</w:t>
      </w:r>
      <w:r w:rsidRPr="0090071C">
        <w:rPr>
          <w:b/>
        </w:rPr>
        <w:br/>
      </w:r>
      <w:r w:rsidRPr="0090071C">
        <w:rPr>
          <w:b/>
        </w:rPr>
        <w:t>İKTİSADİ VE İDARİ BİLİMLER FAKÜLTESİ DEKANLIĞI</w:t>
      </w:r>
      <w:r w:rsidRPr="0090071C">
        <w:rPr>
          <w:b/>
        </w:rPr>
        <w:br/>
      </w:r>
    </w:p>
    <w:p w:rsidR="00E042DB" w:rsidRPr="0090071C" w:rsidRDefault="0090071C">
      <w:pPr>
        <w:jc w:val="right"/>
        <w:rPr>
          <w:rFonts w:asciiTheme="majorHAnsi" w:hAnsiTheme="majorHAnsi" w:cstheme="majorHAnsi"/>
          <w:b/>
        </w:rPr>
      </w:pPr>
      <w:r w:rsidRPr="0090071C">
        <w:rPr>
          <w:rFonts w:asciiTheme="majorHAnsi" w:hAnsiTheme="majorHAnsi" w:cstheme="majorHAnsi"/>
          <w:b/>
        </w:rPr>
        <w:t>…. /…. /</w:t>
      </w:r>
      <w:r w:rsidR="0052764E" w:rsidRPr="0090071C">
        <w:rPr>
          <w:rFonts w:asciiTheme="majorHAnsi" w:hAnsiTheme="majorHAnsi" w:cstheme="majorHAnsi"/>
          <w:b/>
        </w:rPr>
        <w:t>20</w:t>
      </w:r>
      <w:r w:rsidRPr="0090071C">
        <w:rPr>
          <w:rFonts w:asciiTheme="majorHAnsi" w:hAnsiTheme="majorHAnsi" w:cstheme="majorHAnsi"/>
          <w:b/>
        </w:rPr>
        <w:t>26</w:t>
      </w:r>
    </w:p>
    <w:p w:rsidR="0090071C" w:rsidRDefault="0052764E" w:rsidP="0090071C">
      <w:pPr>
        <w:rPr>
          <w:rFonts w:asciiTheme="majorHAnsi" w:hAnsiTheme="majorHAnsi" w:cstheme="majorHAnsi"/>
        </w:rPr>
      </w:pPr>
      <w:r w:rsidRPr="0090071C">
        <w:rPr>
          <w:rFonts w:asciiTheme="majorHAnsi" w:hAnsiTheme="majorHAnsi" w:cstheme="majorHAnsi"/>
        </w:rPr>
        <w:t xml:space="preserve">Konu: Hazırlık Sınıfında Başarısız Olan Öğrencilerin </w:t>
      </w:r>
      <w:proofErr w:type="spellStart"/>
      <w:r w:rsidRPr="0090071C">
        <w:rPr>
          <w:rFonts w:asciiTheme="majorHAnsi" w:hAnsiTheme="majorHAnsi" w:cstheme="majorHAnsi"/>
        </w:rPr>
        <w:t>Türkçe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Programa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Kayıt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Başvurusu</w:t>
      </w:r>
      <w:bookmarkStart w:id="0" w:name="_GoBack"/>
      <w:bookmarkEnd w:id="0"/>
      <w:proofErr w:type="spellEnd"/>
    </w:p>
    <w:p w:rsidR="00E042DB" w:rsidRPr="0090071C" w:rsidRDefault="0052764E" w:rsidP="0090071C">
      <w:pPr>
        <w:jc w:val="both"/>
        <w:rPr>
          <w:rFonts w:asciiTheme="majorHAnsi" w:hAnsiTheme="majorHAnsi" w:cstheme="majorHAnsi"/>
        </w:rPr>
      </w:pPr>
      <w:r w:rsidRPr="0090071C">
        <w:rPr>
          <w:rFonts w:asciiTheme="majorHAnsi" w:hAnsiTheme="majorHAnsi" w:cstheme="majorHAnsi"/>
        </w:rPr>
        <w:t xml:space="preserve">23.03.2016 tarihli Resmî Gazetede yayımlanan Yükseköğretim </w:t>
      </w:r>
      <w:proofErr w:type="spellStart"/>
      <w:r w:rsidRPr="0090071C">
        <w:rPr>
          <w:rFonts w:asciiTheme="majorHAnsi" w:hAnsiTheme="majorHAnsi" w:cstheme="majorHAnsi"/>
        </w:rPr>
        <w:t>Kurumlarında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Yabancı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Dil</w:t>
      </w:r>
      <w:proofErr w:type="spellEnd"/>
      <w:r w:rsid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Öğretimi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ve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Yabancı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Dille</w:t>
      </w:r>
      <w:proofErr w:type="spellEnd"/>
      <w:r w:rsidRPr="0090071C">
        <w:rPr>
          <w:rFonts w:asciiTheme="majorHAnsi" w:hAnsiTheme="majorHAnsi" w:cstheme="majorHAnsi"/>
        </w:rPr>
        <w:t xml:space="preserve"> Öğretim Yapılmasında Uyulacak Esaslara İlişkin Yönetmeliğin 8 inci maddesinin 14 üncü fıkrası gereğince; hazırlık sınıfını iki yıl içerisinde başarıyla tamamlayamamam nedeniyle öğretim dili Türkçe </w:t>
      </w:r>
      <w:proofErr w:type="spellStart"/>
      <w:r w:rsidRPr="0090071C">
        <w:rPr>
          <w:rFonts w:asciiTheme="majorHAnsi" w:hAnsiTheme="majorHAnsi" w:cstheme="majorHAnsi"/>
        </w:rPr>
        <w:t>olan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aşağıda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belirtti</w:t>
      </w:r>
      <w:r w:rsidRPr="0090071C">
        <w:rPr>
          <w:rFonts w:asciiTheme="majorHAnsi" w:hAnsiTheme="majorHAnsi" w:cstheme="majorHAnsi"/>
        </w:rPr>
        <w:t>ğim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eşdeğer</w:t>
      </w:r>
      <w:proofErr w:type="spellEnd"/>
      <w:r w:rsidR="0090071C"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programa</w:t>
      </w:r>
      <w:proofErr w:type="spellEnd"/>
      <w:r w:rsid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kayıt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yaptırmak</w:t>
      </w:r>
      <w:proofErr w:type="spellEnd"/>
      <w:r w:rsidRPr="0090071C">
        <w:rPr>
          <w:rFonts w:asciiTheme="majorHAnsi" w:hAnsiTheme="majorHAnsi" w:cstheme="majorHAnsi"/>
        </w:rPr>
        <w:t xml:space="preserve"> </w:t>
      </w:r>
      <w:proofErr w:type="spellStart"/>
      <w:r w:rsidRPr="0090071C">
        <w:rPr>
          <w:rFonts w:asciiTheme="majorHAnsi" w:hAnsiTheme="majorHAnsi" w:cstheme="majorHAnsi"/>
        </w:rPr>
        <w:t>istiyorum</w:t>
      </w:r>
      <w:proofErr w:type="spellEnd"/>
      <w:r w:rsidRPr="0090071C">
        <w:rPr>
          <w:rFonts w:asciiTheme="majorHAnsi" w:hAnsiTheme="majorHAnsi" w:cstheme="majorHAnsi"/>
        </w:rPr>
        <w:t>.</w:t>
      </w:r>
      <w:r w:rsidRPr="0090071C">
        <w:rPr>
          <w:rFonts w:asciiTheme="majorHAnsi" w:hAnsiTheme="majorHAnsi" w:cstheme="majorHAnsi"/>
        </w:rPr>
        <w:br/>
      </w:r>
      <w:r w:rsidRPr="0090071C">
        <w:rPr>
          <w:rFonts w:asciiTheme="majorHAnsi" w:hAnsiTheme="majorHAnsi" w:cstheme="majorHAnsi"/>
        </w:rPr>
        <w:br/>
        <w:t>Bilgilerinize arz ederim.</w:t>
      </w:r>
    </w:p>
    <w:p w:rsidR="00E042DB" w:rsidRPr="0090071C" w:rsidRDefault="00E042DB">
      <w:pPr>
        <w:rPr>
          <w:rFonts w:asciiTheme="majorHAnsi" w:hAnsiTheme="majorHAnsi" w:cstheme="maj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proofErr w:type="spellStart"/>
            <w:r w:rsidRPr="0090071C">
              <w:rPr>
                <w:rFonts w:asciiTheme="majorHAnsi" w:hAnsiTheme="majorHAnsi" w:cstheme="majorHAnsi"/>
                <w:b/>
              </w:rPr>
              <w:t>Öğrenci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no</w:t>
            </w:r>
          </w:p>
        </w:tc>
        <w:tc>
          <w:tcPr>
            <w:tcW w:w="4320" w:type="dxa"/>
          </w:tcPr>
          <w:p w:rsidR="00E042DB" w:rsidRPr="0090071C" w:rsidRDefault="00E042DB">
            <w:pPr>
              <w:rPr>
                <w:rFonts w:asciiTheme="majorHAnsi" w:hAnsiTheme="majorHAnsi" w:cstheme="majorHAnsi"/>
              </w:rPr>
            </w:pPr>
          </w:p>
        </w:tc>
      </w:tr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r w:rsidRPr="0090071C">
              <w:rPr>
                <w:rFonts w:asciiTheme="majorHAnsi" w:hAnsiTheme="majorHAnsi" w:cstheme="majorHAnsi"/>
                <w:b/>
              </w:rPr>
              <w:t xml:space="preserve">T.C.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Kimlik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no</w:t>
            </w:r>
          </w:p>
        </w:tc>
        <w:tc>
          <w:tcPr>
            <w:tcW w:w="4320" w:type="dxa"/>
          </w:tcPr>
          <w:p w:rsidR="00E042DB" w:rsidRPr="0090071C" w:rsidRDefault="00E042DB">
            <w:pPr>
              <w:rPr>
                <w:rFonts w:asciiTheme="majorHAnsi" w:hAnsiTheme="majorHAnsi" w:cstheme="majorHAnsi"/>
              </w:rPr>
            </w:pPr>
          </w:p>
        </w:tc>
      </w:tr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proofErr w:type="spellStart"/>
            <w:r w:rsidRPr="0090071C">
              <w:rPr>
                <w:rFonts w:asciiTheme="majorHAnsi" w:hAnsiTheme="majorHAnsi" w:cstheme="majorHAnsi"/>
                <w:b/>
              </w:rPr>
              <w:t>Adı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soyadı</w:t>
            </w:r>
            <w:proofErr w:type="spellEnd"/>
          </w:p>
        </w:tc>
        <w:tc>
          <w:tcPr>
            <w:tcW w:w="4320" w:type="dxa"/>
          </w:tcPr>
          <w:p w:rsidR="00E042DB" w:rsidRPr="0090071C" w:rsidRDefault="00E042DB">
            <w:pPr>
              <w:rPr>
                <w:rFonts w:asciiTheme="majorHAnsi" w:hAnsiTheme="majorHAnsi" w:cstheme="majorHAnsi"/>
              </w:rPr>
            </w:pPr>
          </w:p>
        </w:tc>
      </w:tr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proofErr w:type="spellStart"/>
            <w:r w:rsidRPr="0090071C">
              <w:rPr>
                <w:rFonts w:asciiTheme="majorHAnsi" w:hAnsiTheme="majorHAnsi" w:cstheme="majorHAnsi"/>
                <w:b/>
              </w:rPr>
              <w:t>Kayıtlı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olduğu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B</w:t>
            </w:r>
            <w:r w:rsidRPr="0090071C">
              <w:rPr>
                <w:rFonts w:asciiTheme="majorHAnsi" w:hAnsiTheme="majorHAnsi" w:cstheme="majorHAnsi"/>
                <w:b/>
              </w:rPr>
              <w:t>ölüm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>/</w:t>
            </w:r>
            <w:r>
              <w:rPr>
                <w:rFonts w:asciiTheme="majorHAnsi" w:hAnsiTheme="majorHAnsi" w:cstheme="majorHAnsi"/>
                <w:b/>
              </w:rPr>
              <w:t>P</w:t>
            </w:r>
            <w:r w:rsidRPr="0090071C">
              <w:rPr>
                <w:rFonts w:asciiTheme="majorHAnsi" w:hAnsiTheme="majorHAnsi" w:cstheme="majorHAnsi"/>
                <w:b/>
              </w:rPr>
              <w:t>rogram</w:t>
            </w:r>
          </w:p>
        </w:tc>
        <w:tc>
          <w:tcPr>
            <w:tcW w:w="4320" w:type="dxa"/>
          </w:tcPr>
          <w:p w:rsidR="00E042DB" w:rsidRPr="0090071C" w:rsidRDefault="00E042DB">
            <w:pPr>
              <w:rPr>
                <w:rFonts w:asciiTheme="majorHAnsi" w:hAnsiTheme="majorHAnsi" w:cstheme="majorHAnsi"/>
              </w:rPr>
            </w:pPr>
          </w:p>
        </w:tc>
      </w:tr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proofErr w:type="spellStart"/>
            <w:r w:rsidRPr="0090071C">
              <w:rPr>
                <w:rFonts w:asciiTheme="majorHAnsi" w:hAnsiTheme="majorHAnsi" w:cstheme="majorHAnsi"/>
                <w:b/>
              </w:rPr>
              <w:t>Kayıtlı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olduğu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Fakülte</w:t>
            </w:r>
            <w:proofErr w:type="spellEnd"/>
          </w:p>
        </w:tc>
        <w:tc>
          <w:tcPr>
            <w:tcW w:w="4320" w:type="dxa"/>
          </w:tcPr>
          <w:p w:rsidR="00E042DB" w:rsidRPr="0090071C" w:rsidRDefault="00E042DB">
            <w:pPr>
              <w:rPr>
                <w:rFonts w:asciiTheme="majorHAnsi" w:hAnsiTheme="majorHAnsi" w:cstheme="majorHAnsi"/>
              </w:rPr>
            </w:pPr>
          </w:p>
        </w:tc>
      </w:tr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proofErr w:type="spellStart"/>
            <w:r w:rsidRPr="0090071C">
              <w:rPr>
                <w:rFonts w:asciiTheme="majorHAnsi" w:hAnsiTheme="majorHAnsi" w:cstheme="majorHAnsi"/>
                <w:b/>
              </w:rPr>
              <w:t>Kayıt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yılı</w:t>
            </w:r>
            <w:proofErr w:type="spellEnd"/>
          </w:p>
        </w:tc>
        <w:tc>
          <w:tcPr>
            <w:tcW w:w="4320" w:type="dxa"/>
          </w:tcPr>
          <w:p w:rsidR="00E042DB" w:rsidRPr="0090071C" w:rsidRDefault="00E042DB">
            <w:pPr>
              <w:rPr>
                <w:rFonts w:asciiTheme="majorHAnsi" w:hAnsiTheme="majorHAnsi" w:cstheme="majorHAnsi"/>
              </w:rPr>
            </w:pPr>
          </w:p>
        </w:tc>
      </w:tr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proofErr w:type="spellStart"/>
            <w:r w:rsidRPr="0090071C">
              <w:rPr>
                <w:rFonts w:asciiTheme="majorHAnsi" w:hAnsiTheme="majorHAnsi" w:cstheme="majorHAnsi"/>
                <w:b/>
              </w:rPr>
              <w:t>Başvuru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yapılmak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istenen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B</w:t>
            </w:r>
            <w:r w:rsidRPr="0090071C">
              <w:rPr>
                <w:rFonts w:asciiTheme="majorHAnsi" w:hAnsiTheme="majorHAnsi" w:cstheme="majorHAnsi"/>
                <w:b/>
              </w:rPr>
              <w:t>ölüm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>/</w:t>
            </w:r>
            <w:r>
              <w:rPr>
                <w:rFonts w:asciiTheme="majorHAnsi" w:hAnsiTheme="majorHAnsi" w:cstheme="majorHAnsi"/>
                <w:b/>
              </w:rPr>
              <w:t>P</w:t>
            </w:r>
            <w:r w:rsidRPr="0090071C">
              <w:rPr>
                <w:rFonts w:asciiTheme="majorHAnsi" w:hAnsiTheme="majorHAnsi" w:cstheme="majorHAnsi"/>
                <w:b/>
              </w:rPr>
              <w:t>rogram</w:t>
            </w:r>
          </w:p>
        </w:tc>
        <w:tc>
          <w:tcPr>
            <w:tcW w:w="4320" w:type="dxa"/>
          </w:tcPr>
          <w:p w:rsidR="00E042DB" w:rsidRPr="0090071C" w:rsidRDefault="00E042DB">
            <w:pPr>
              <w:rPr>
                <w:rFonts w:asciiTheme="majorHAnsi" w:hAnsiTheme="majorHAnsi" w:cstheme="majorHAnsi"/>
              </w:rPr>
            </w:pPr>
          </w:p>
        </w:tc>
      </w:tr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proofErr w:type="spellStart"/>
            <w:r w:rsidRPr="0090071C">
              <w:rPr>
                <w:rFonts w:asciiTheme="majorHAnsi" w:hAnsiTheme="majorHAnsi" w:cstheme="majorHAnsi"/>
                <w:b/>
              </w:rPr>
              <w:t>Başvuru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yapılmak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istenen</w:t>
            </w:r>
            <w:proofErr w:type="spellEnd"/>
            <w:r w:rsidRPr="0090071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Fakülte</w:t>
            </w:r>
            <w:proofErr w:type="spellEnd"/>
          </w:p>
        </w:tc>
        <w:tc>
          <w:tcPr>
            <w:tcW w:w="4320" w:type="dxa"/>
          </w:tcPr>
          <w:p w:rsidR="00E042DB" w:rsidRPr="0090071C" w:rsidRDefault="0052764E">
            <w:pPr>
              <w:rPr>
                <w:rFonts w:asciiTheme="majorHAnsi" w:hAnsiTheme="majorHAnsi" w:cstheme="majorHAnsi"/>
              </w:rPr>
            </w:pPr>
            <w:r w:rsidRPr="0090071C">
              <w:rPr>
                <w:rFonts w:asciiTheme="majorHAnsi" w:hAnsiTheme="majorHAnsi" w:cstheme="majorHAnsi"/>
              </w:rPr>
              <w:t>İktisadi ve İdari Bilimler Fakültesi</w:t>
            </w:r>
          </w:p>
        </w:tc>
      </w:tr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r w:rsidRPr="0090071C">
              <w:rPr>
                <w:rFonts w:asciiTheme="majorHAnsi" w:hAnsiTheme="majorHAnsi" w:cstheme="majorHAnsi"/>
                <w:b/>
              </w:rPr>
              <w:t xml:space="preserve">Cep 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telefonu</w:t>
            </w:r>
            <w:proofErr w:type="spellEnd"/>
          </w:p>
        </w:tc>
        <w:tc>
          <w:tcPr>
            <w:tcW w:w="4320" w:type="dxa"/>
          </w:tcPr>
          <w:p w:rsidR="00E042DB" w:rsidRPr="0090071C" w:rsidRDefault="00E042DB">
            <w:pPr>
              <w:rPr>
                <w:rFonts w:asciiTheme="majorHAnsi" w:hAnsiTheme="majorHAnsi" w:cstheme="majorHAnsi"/>
              </w:rPr>
            </w:pPr>
          </w:p>
        </w:tc>
      </w:tr>
      <w:tr w:rsidR="00E042DB" w:rsidRPr="0090071C">
        <w:tc>
          <w:tcPr>
            <w:tcW w:w="4320" w:type="dxa"/>
          </w:tcPr>
          <w:p w:rsidR="00E042DB" w:rsidRPr="0090071C" w:rsidRDefault="0090071C">
            <w:pPr>
              <w:rPr>
                <w:rFonts w:asciiTheme="majorHAnsi" w:hAnsiTheme="majorHAnsi" w:cstheme="majorHAnsi"/>
                <w:b/>
              </w:rPr>
            </w:pPr>
            <w:r w:rsidRPr="0090071C">
              <w:rPr>
                <w:rFonts w:asciiTheme="majorHAnsi" w:hAnsiTheme="majorHAnsi" w:cstheme="majorHAnsi"/>
                <w:b/>
              </w:rPr>
              <w:t>E-</w:t>
            </w:r>
            <w:proofErr w:type="spellStart"/>
            <w:r w:rsidRPr="0090071C">
              <w:rPr>
                <w:rFonts w:asciiTheme="majorHAnsi" w:hAnsiTheme="majorHAnsi" w:cstheme="majorHAnsi"/>
                <w:b/>
              </w:rPr>
              <w:t>posta</w:t>
            </w:r>
            <w:proofErr w:type="spellEnd"/>
          </w:p>
        </w:tc>
        <w:tc>
          <w:tcPr>
            <w:tcW w:w="4320" w:type="dxa"/>
          </w:tcPr>
          <w:p w:rsidR="00E042DB" w:rsidRPr="0090071C" w:rsidRDefault="00E042DB">
            <w:pPr>
              <w:rPr>
                <w:rFonts w:asciiTheme="majorHAnsi" w:hAnsiTheme="majorHAnsi" w:cstheme="majorHAnsi"/>
              </w:rPr>
            </w:pPr>
          </w:p>
        </w:tc>
      </w:tr>
    </w:tbl>
    <w:p w:rsidR="00E042DB" w:rsidRPr="0090071C" w:rsidRDefault="00E042DB">
      <w:pPr>
        <w:rPr>
          <w:rFonts w:asciiTheme="majorHAnsi" w:hAnsiTheme="majorHAnsi" w:cstheme="majorHAnsi"/>
        </w:rPr>
      </w:pPr>
    </w:p>
    <w:p w:rsidR="00E042DB" w:rsidRPr="0090071C" w:rsidRDefault="0052764E">
      <w:pPr>
        <w:jc w:val="right"/>
        <w:rPr>
          <w:rFonts w:asciiTheme="majorHAnsi" w:hAnsiTheme="majorHAnsi" w:cstheme="majorHAnsi"/>
        </w:rPr>
      </w:pPr>
      <w:r w:rsidRPr="0090071C">
        <w:rPr>
          <w:rFonts w:asciiTheme="majorHAnsi" w:hAnsiTheme="majorHAnsi" w:cstheme="majorHAnsi"/>
        </w:rPr>
        <w:t>İmza</w:t>
      </w:r>
      <w:r w:rsidRPr="0090071C">
        <w:rPr>
          <w:rFonts w:asciiTheme="majorHAnsi" w:hAnsiTheme="majorHAnsi" w:cstheme="majorHAnsi"/>
        </w:rPr>
        <w:br/>
        <w:t>Adı Soyadı</w:t>
      </w:r>
    </w:p>
    <w:sectPr w:rsidR="00E042DB" w:rsidRPr="0090071C" w:rsidSect="0090071C">
      <w:pgSz w:w="12240" w:h="15840"/>
      <w:pgMar w:top="1440" w:right="1892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764E"/>
    <w:rsid w:val="0090071C"/>
    <w:rsid w:val="00AA1D8D"/>
    <w:rsid w:val="00B47730"/>
    <w:rsid w:val="00CB0664"/>
    <w:rsid w:val="00E042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A09F97"/>
  <w14:defaultImageDpi w14:val="300"/>
  <w15:docId w15:val="{BA75FF24-881D-4B0E-A080-E2DE9C12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5718DA-7ECF-4AFC-9D96-DDED61B6F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MUSTAFA PARLAK</cp:lastModifiedBy>
  <cp:revision>2</cp:revision>
  <dcterms:created xsi:type="dcterms:W3CDTF">2026-07-24T13:28:00Z</dcterms:created>
  <dcterms:modified xsi:type="dcterms:W3CDTF">2026-07-24T13:28:00Z</dcterms:modified>
  <cp:category/>
</cp:coreProperties>
</file>